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E15A1" w14:textId="77777777" w:rsidR="00347EBC" w:rsidRDefault="00347EBC" w:rsidP="00347EBC">
      <w:pPr>
        <w:pStyle w:val="a8"/>
      </w:pPr>
      <w:r>
        <w:t>The 21st Korea Natural Dyeing Cultural Product Competition</w:t>
      </w:r>
    </w:p>
    <w:tbl>
      <w:tblPr>
        <w:tblStyle w:val="af9"/>
        <w:tblW w:w="0" w:type="auto"/>
        <w:tblLook w:val="04A0" w:firstRow="1" w:lastRow="0" w:firstColumn="1" w:lastColumn="0" w:noHBand="0" w:noVBand="1"/>
      </w:tblPr>
      <w:tblGrid>
        <w:gridCol w:w="2160"/>
        <w:gridCol w:w="2160"/>
        <w:gridCol w:w="2160"/>
        <w:gridCol w:w="2160"/>
      </w:tblGrid>
      <w:tr w:rsidR="00D256E9" w14:paraId="69981BF4" w14:textId="77777777" w:rsidTr="00347EBC">
        <w:trPr>
          <w:trHeight w:val="453"/>
        </w:trPr>
        <w:tc>
          <w:tcPr>
            <w:tcW w:w="2160" w:type="dxa"/>
          </w:tcPr>
          <w:p w14:paraId="2C141D58" w14:textId="77777777" w:rsidR="00D256E9" w:rsidRDefault="00000000">
            <w:r>
              <w:t>Application No.</w:t>
            </w:r>
          </w:p>
        </w:tc>
        <w:tc>
          <w:tcPr>
            <w:tcW w:w="6480" w:type="dxa"/>
            <w:gridSpan w:val="3"/>
          </w:tcPr>
          <w:p w14:paraId="1AB695A8" w14:textId="77777777" w:rsidR="00D256E9" w:rsidRDefault="00D256E9"/>
        </w:tc>
      </w:tr>
      <w:tr w:rsidR="00347EBC" w14:paraId="4311D116" w14:textId="77777777">
        <w:tc>
          <w:tcPr>
            <w:tcW w:w="2160" w:type="dxa"/>
          </w:tcPr>
          <w:p w14:paraId="0B755C40" w14:textId="5FED7285" w:rsidR="00347EBC" w:rsidRDefault="00347EBC">
            <w:r>
              <w:t>Full Name</w:t>
            </w:r>
            <w:r>
              <w:br/>
              <w:t>(Korean / English)</w:t>
            </w:r>
          </w:p>
        </w:tc>
        <w:tc>
          <w:tcPr>
            <w:tcW w:w="4320" w:type="dxa"/>
            <w:gridSpan w:val="2"/>
          </w:tcPr>
          <w:p w14:paraId="3060B959" w14:textId="77777777" w:rsidR="00347EBC" w:rsidRDefault="00347EBC"/>
        </w:tc>
        <w:tc>
          <w:tcPr>
            <w:tcW w:w="2160" w:type="dxa"/>
            <w:vMerge w:val="restart"/>
          </w:tcPr>
          <w:p w14:paraId="09B36AB8" w14:textId="77777777" w:rsidR="00347EBC" w:rsidRDefault="00347EBC">
            <w:r>
              <w:t>Photo</w:t>
            </w:r>
            <w:r>
              <w:br/>
              <w:t>(3.5×4.5cm)</w:t>
            </w:r>
          </w:p>
        </w:tc>
      </w:tr>
      <w:tr w:rsidR="00347EBC" w14:paraId="146734FA" w14:textId="77777777" w:rsidTr="00347EBC">
        <w:trPr>
          <w:trHeight w:val="453"/>
        </w:trPr>
        <w:tc>
          <w:tcPr>
            <w:tcW w:w="2160" w:type="dxa"/>
          </w:tcPr>
          <w:p w14:paraId="1D8F1455" w14:textId="77777777" w:rsidR="00347EBC" w:rsidRDefault="00347EBC">
            <w:r>
              <w:t>Gender</w:t>
            </w:r>
          </w:p>
        </w:tc>
        <w:tc>
          <w:tcPr>
            <w:tcW w:w="4320" w:type="dxa"/>
            <w:gridSpan w:val="2"/>
          </w:tcPr>
          <w:p w14:paraId="7F7CDCEC" w14:textId="3653F713" w:rsidR="00347EBC" w:rsidRDefault="00347EBC">
            <w:r>
              <w:t>Male / Female</w:t>
            </w:r>
          </w:p>
        </w:tc>
        <w:tc>
          <w:tcPr>
            <w:tcW w:w="2160" w:type="dxa"/>
            <w:vMerge/>
          </w:tcPr>
          <w:p w14:paraId="743445D0" w14:textId="77777777" w:rsidR="00347EBC" w:rsidRDefault="00347EBC"/>
        </w:tc>
      </w:tr>
      <w:tr w:rsidR="00347EBC" w14:paraId="1ABB2638" w14:textId="77777777" w:rsidTr="00347EBC">
        <w:trPr>
          <w:trHeight w:val="416"/>
        </w:trPr>
        <w:tc>
          <w:tcPr>
            <w:tcW w:w="2160" w:type="dxa"/>
          </w:tcPr>
          <w:p w14:paraId="57768769" w14:textId="3275F168" w:rsidR="00347EBC" w:rsidRDefault="00347EBC" w:rsidP="00347EBC">
            <w:r>
              <w:t>Date of Birth</w:t>
            </w:r>
          </w:p>
        </w:tc>
        <w:tc>
          <w:tcPr>
            <w:tcW w:w="4320" w:type="dxa"/>
            <w:gridSpan w:val="2"/>
          </w:tcPr>
          <w:p w14:paraId="6B0CE24F" w14:textId="77777777" w:rsidR="00347EBC" w:rsidRDefault="00347EBC" w:rsidP="00347EBC"/>
        </w:tc>
        <w:tc>
          <w:tcPr>
            <w:tcW w:w="2160" w:type="dxa"/>
            <w:vMerge/>
          </w:tcPr>
          <w:p w14:paraId="7935A9AC" w14:textId="0D19C002" w:rsidR="00347EBC" w:rsidRDefault="00347EBC" w:rsidP="00347EBC"/>
        </w:tc>
      </w:tr>
      <w:tr w:rsidR="00347EBC" w14:paraId="407C603B" w14:textId="77777777" w:rsidTr="00347EBC">
        <w:trPr>
          <w:trHeight w:val="422"/>
        </w:trPr>
        <w:tc>
          <w:tcPr>
            <w:tcW w:w="2160" w:type="dxa"/>
          </w:tcPr>
          <w:p w14:paraId="56680A66" w14:textId="77777777" w:rsidR="00347EBC" w:rsidRPr="00347EBC" w:rsidRDefault="00347EBC" w:rsidP="00347EBC">
            <w:pPr>
              <w:rPr>
                <w:rFonts w:eastAsia="맑은 고딕" w:hint="eastAsia"/>
                <w:lang w:eastAsia="ko-KR"/>
              </w:rPr>
            </w:pPr>
            <w:r>
              <w:t>Address</w:t>
            </w:r>
          </w:p>
        </w:tc>
        <w:tc>
          <w:tcPr>
            <w:tcW w:w="6480" w:type="dxa"/>
            <w:gridSpan w:val="3"/>
          </w:tcPr>
          <w:p w14:paraId="7063D201" w14:textId="77777777" w:rsidR="00347EBC" w:rsidRDefault="00347EBC" w:rsidP="00347EBC"/>
        </w:tc>
      </w:tr>
      <w:tr w:rsidR="00347EBC" w14:paraId="26548502" w14:textId="77777777" w:rsidTr="00347EBC">
        <w:trPr>
          <w:trHeight w:val="415"/>
        </w:trPr>
        <w:tc>
          <w:tcPr>
            <w:tcW w:w="2160" w:type="dxa"/>
          </w:tcPr>
          <w:p w14:paraId="7E84989D" w14:textId="77777777" w:rsidR="00347EBC" w:rsidRDefault="00347EBC" w:rsidP="00347EBC">
            <w:r>
              <w:t>Postal Code</w:t>
            </w:r>
          </w:p>
        </w:tc>
        <w:tc>
          <w:tcPr>
            <w:tcW w:w="2160" w:type="dxa"/>
          </w:tcPr>
          <w:p w14:paraId="3FDFAF6E" w14:textId="77777777" w:rsidR="00347EBC" w:rsidRDefault="00347EBC" w:rsidP="00347EBC"/>
        </w:tc>
        <w:tc>
          <w:tcPr>
            <w:tcW w:w="2160" w:type="dxa"/>
          </w:tcPr>
          <w:p w14:paraId="0359D420" w14:textId="77777777" w:rsidR="00347EBC" w:rsidRDefault="00347EBC" w:rsidP="00347EBC">
            <w:r>
              <w:t>Tel</w:t>
            </w:r>
          </w:p>
        </w:tc>
        <w:tc>
          <w:tcPr>
            <w:tcW w:w="2160" w:type="dxa"/>
          </w:tcPr>
          <w:p w14:paraId="282B75D7" w14:textId="77777777" w:rsidR="00347EBC" w:rsidRDefault="00347EBC" w:rsidP="00347EBC"/>
        </w:tc>
      </w:tr>
      <w:tr w:rsidR="00347EBC" w14:paraId="2DC11A72" w14:textId="77777777" w:rsidTr="00347EBC">
        <w:trPr>
          <w:trHeight w:val="421"/>
        </w:trPr>
        <w:tc>
          <w:tcPr>
            <w:tcW w:w="2160" w:type="dxa"/>
          </w:tcPr>
          <w:p w14:paraId="137F77A5" w14:textId="77777777" w:rsidR="00347EBC" w:rsidRDefault="00347EBC" w:rsidP="00347EBC">
            <w:r>
              <w:t>Mobile</w:t>
            </w:r>
          </w:p>
        </w:tc>
        <w:tc>
          <w:tcPr>
            <w:tcW w:w="2160" w:type="dxa"/>
          </w:tcPr>
          <w:p w14:paraId="1C1DA739" w14:textId="77777777" w:rsidR="00347EBC" w:rsidRDefault="00347EBC" w:rsidP="00347EBC"/>
        </w:tc>
        <w:tc>
          <w:tcPr>
            <w:tcW w:w="2160" w:type="dxa"/>
          </w:tcPr>
          <w:p w14:paraId="38A4E49D" w14:textId="77777777" w:rsidR="00347EBC" w:rsidRDefault="00347EBC" w:rsidP="00347EBC">
            <w:r>
              <w:t>E-mail</w:t>
            </w:r>
          </w:p>
        </w:tc>
        <w:tc>
          <w:tcPr>
            <w:tcW w:w="2160" w:type="dxa"/>
          </w:tcPr>
          <w:p w14:paraId="28E329A3" w14:textId="77777777" w:rsidR="00347EBC" w:rsidRDefault="00347EBC" w:rsidP="00347EBC"/>
        </w:tc>
      </w:tr>
      <w:tr w:rsidR="00347EBC" w14:paraId="15DA683A" w14:textId="77777777">
        <w:tc>
          <w:tcPr>
            <w:tcW w:w="2160" w:type="dxa"/>
          </w:tcPr>
          <w:p w14:paraId="64206526" w14:textId="77777777" w:rsidR="00347EBC" w:rsidRDefault="00347EBC" w:rsidP="00347EBC">
            <w:r>
              <w:t>Major Exhibition Experience</w:t>
            </w:r>
          </w:p>
        </w:tc>
        <w:tc>
          <w:tcPr>
            <w:tcW w:w="6480" w:type="dxa"/>
            <w:gridSpan w:val="3"/>
          </w:tcPr>
          <w:p w14:paraId="49D5458F" w14:textId="77777777" w:rsidR="00347EBC" w:rsidRDefault="00347EBC" w:rsidP="00347EBC"/>
        </w:tc>
      </w:tr>
    </w:tbl>
    <w:p w14:paraId="5D3AC3FE" w14:textId="77777777" w:rsidR="00D256E9" w:rsidRDefault="00000000">
      <w:r>
        <w:br/>
        <w:t>Declaration:</w:t>
      </w:r>
    </w:p>
    <w:p w14:paraId="327DC981" w14:textId="77777777" w:rsidR="00D256E9" w:rsidRDefault="00000000">
      <w:r>
        <w:t>I hereby certify that the submitted work is my original creation and agree to all rules.</w:t>
      </w:r>
      <w:r>
        <w:br/>
      </w:r>
      <w:r>
        <w:br/>
        <w:t>Date:</w:t>
      </w:r>
      <w:r>
        <w:br/>
        <w:t>Signature:</w:t>
      </w:r>
    </w:p>
    <w:p w14:paraId="34E4106E" w14:textId="77777777" w:rsidR="00347EBC" w:rsidRDefault="00347EBC">
      <w:pPr>
        <w:rPr>
          <w:rFonts w:asciiTheme="majorHAnsi" w:eastAsiaTheme="majorEastAsia" w:hAnsiTheme="majorHAnsi" w:cstheme="majorBidi"/>
          <w:b/>
          <w:bCs/>
          <w:color w:val="365F91" w:themeColor="accent1" w:themeShade="BF"/>
          <w:sz w:val="28"/>
          <w:szCs w:val="28"/>
        </w:rPr>
      </w:pPr>
      <w:r>
        <w:br w:type="page"/>
      </w:r>
    </w:p>
    <w:p w14:paraId="11AFBB5D" w14:textId="2C572713" w:rsidR="00347EBC" w:rsidRDefault="00347EBC" w:rsidP="00347EBC">
      <w:pPr>
        <w:pStyle w:val="1"/>
      </w:pPr>
      <w:r>
        <w:lastRenderedPageBreak/>
        <w:t>Description of Entry</w:t>
      </w:r>
    </w:p>
    <w:tbl>
      <w:tblPr>
        <w:tblStyle w:val="af9"/>
        <w:tblW w:w="0" w:type="auto"/>
        <w:tblLook w:val="04A0" w:firstRow="1" w:lastRow="0" w:firstColumn="1" w:lastColumn="0" w:noHBand="0" w:noVBand="1"/>
      </w:tblPr>
      <w:tblGrid>
        <w:gridCol w:w="4320"/>
        <w:gridCol w:w="4320"/>
      </w:tblGrid>
      <w:tr w:rsidR="00D256E9" w14:paraId="422FDBB4" w14:textId="77777777">
        <w:tc>
          <w:tcPr>
            <w:tcW w:w="4320" w:type="dxa"/>
          </w:tcPr>
          <w:p w14:paraId="3694E966" w14:textId="77777777" w:rsidR="00D256E9" w:rsidRDefault="00000000">
            <w:r>
              <w:t>Title of Work</w:t>
            </w:r>
          </w:p>
        </w:tc>
        <w:tc>
          <w:tcPr>
            <w:tcW w:w="4320" w:type="dxa"/>
          </w:tcPr>
          <w:p w14:paraId="09CABFE1" w14:textId="77777777" w:rsidR="00D256E9" w:rsidRDefault="00D256E9"/>
        </w:tc>
      </w:tr>
      <w:tr w:rsidR="00D256E9" w14:paraId="57349F2C" w14:textId="77777777">
        <w:tc>
          <w:tcPr>
            <w:tcW w:w="4320" w:type="dxa"/>
          </w:tcPr>
          <w:p w14:paraId="410C4E60" w14:textId="77777777" w:rsidR="00D256E9" w:rsidRDefault="00000000">
            <w:r>
              <w:t>Category (Domestic / International)</w:t>
            </w:r>
          </w:p>
        </w:tc>
        <w:tc>
          <w:tcPr>
            <w:tcW w:w="4320" w:type="dxa"/>
          </w:tcPr>
          <w:p w14:paraId="10278561" w14:textId="77777777" w:rsidR="00D256E9" w:rsidRDefault="00D256E9"/>
        </w:tc>
      </w:tr>
      <w:tr w:rsidR="00D256E9" w14:paraId="7B34F76A" w14:textId="77777777">
        <w:tc>
          <w:tcPr>
            <w:tcW w:w="4320" w:type="dxa"/>
          </w:tcPr>
          <w:p w14:paraId="18CB3906" w14:textId="77777777" w:rsidR="00D256E9" w:rsidRDefault="00000000">
            <w:r>
              <w:t>Dimensions (W/H/D/Weight)</w:t>
            </w:r>
          </w:p>
        </w:tc>
        <w:tc>
          <w:tcPr>
            <w:tcW w:w="4320" w:type="dxa"/>
          </w:tcPr>
          <w:p w14:paraId="47574D15" w14:textId="77777777" w:rsidR="00D256E9" w:rsidRDefault="00D256E9"/>
        </w:tc>
      </w:tr>
      <w:tr w:rsidR="00D256E9" w14:paraId="5D0F731B" w14:textId="77777777" w:rsidTr="00347EBC">
        <w:trPr>
          <w:trHeight w:val="4884"/>
        </w:trPr>
        <w:tc>
          <w:tcPr>
            <w:tcW w:w="4320" w:type="dxa"/>
          </w:tcPr>
          <w:p w14:paraId="3A04A714" w14:textId="77777777" w:rsidR="00D256E9" w:rsidRDefault="00000000">
            <w:r>
              <w:t>Artwork Photo</w:t>
            </w:r>
          </w:p>
        </w:tc>
        <w:tc>
          <w:tcPr>
            <w:tcW w:w="4320" w:type="dxa"/>
          </w:tcPr>
          <w:p w14:paraId="5F8A709F" w14:textId="77777777" w:rsidR="00D256E9" w:rsidRDefault="00D256E9"/>
        </w:tc>
      </w:tr>
      <w:tr w:rsidR="00D256E9" w14:paraId="391649CD" w14:textId="77777777" w:rsidTr="00347EBC">
        <w:trPr>
          <w:trHeight w:val="6512"/>
        </w:trPr>
        <w:tc>
          <w:tcPr>
            <w:tcW w:w="4320" w:type="dxa"/>
          </w:tcPr>
          <w:p w14:paraId="34BFA980" w14:textId="4FCB423E" w:rsidR="00D256E9" w:rsidRPr="00347EBC" w:rsidRDefault="00000000">
            <w:pPr>
              <w:rPr>
                <w:rFonts w:eastAsia="맑은 고딕" w:hint="eastAsia"/>
                <w:lang w:eastAsia="ko-KR"/>
              </w:rPr>
            </w:pPr>
            <w:r>
              <w:t>Concept Description (</w:t>
            </w:r>
            <w:r w:rsidR="00347EBC" w:rsidRPr="00347EBC">
              <w:t>Production Technique / Materials / Concept / Product Characteristics / Exhibition Method</w:t>
            </w:r>
            <w:r w:rsidR="00347EBC">
              <w:rPr>
                <w:rFonts w:eastAsia="맑은 고딕" w:hint="eastAsia"/>
                <w:lang w:eastAsia="ko-KR"/>
              </w:rPr>
              <w:t>)</w:t>
            </w:r>
          </w:p>
        </w:tc>
        <w:tc>
          <w:tcPr>
            <w:tcW w:w="4320" w:type="dxa"/>
          </w:tcPr>
          <w:p w14:paraId="37D67369" w14:textId="77777777" w:rsidR="00D256E9" w:rsidRDefault="00D256E9"/>
        </w:tc>
      </w:tr>
    </w:tbl>
    <w:p w14:paraId="271A2254" w14:textId="77777777" w:rsidR="00D256E9" w:rsidRDefault="00000000">
      <w:r>
        <w:lastRenderedPageBreak/>
        <w:br/>
        <w:t>----------------------------------------</w:t>
      </w:r>
    </w:p>
    <w:tbl>
      <w:tblPr>
        <w:tblStyle w:val="af9"/>
        <w:tblW w:w="0" w:type="auto"/>
        <w:tblLook w:val="04A0" w:firstRow="1" w:lastRow="0" w:firstColumn="1" w:lastColumn="0" w:noHBand="0" w:noVBand="1"/>
      </w:tblPr>
      <w:tblGrid>
        <w:gridCol w:w="4320"/>
        <w:gridCol w:w="4320"/>
      </w:tblGrid>
      <w:tr w:rsidR="00D256E9" w14:paraId="57A83DF8" w14:textId="77777777" w:rsidTr="00347EBC">
        <w:trPr>
          <w:trHeight w:val="3304"/>
        </w:trPr>
        <w:tc>
          <w:tcPr>
            <w:tcW w:w="4320" w:type="dxa"/>
          </w:tcPr>
          <w:p w14:paraId="30A3B6BA" w14:textId="77777777" w:rsidR="00D256E9" w:rsidRDefault="00000000" w:rsidP="00347EBC">
            <w:pPr>
              <w:spacing w:line="480" w:lineRule="auto"/>
            </w:pPr>
            <w:r>
              <w:t>Receipt (Applicant)</w:t>
            </w:r>
            <w:r>
              <w:br/>
              <w:t>Application No:</w:t>
            </w:r>
            <w:r>
              <w:br/>
              <w:t>Category:</w:t>
            </w:r>
            <w:r>
              <w:br/>
              <w:t>Name:</w:t>
            </w:r>
            <w:r>
              <w:br/>
              <w:t>Title:</w:t>
            </w:r>
            <w:r>
              <w:br/>
              <w:t>Date:</w:t>
            </w:r>
          </w:p>
        </w:tc>
        <w:tc>
          <w:tcPr>
            <w:tcW w:w="4320" w:type="dxa"/>
          </w:tcPr>
          <w:p w14:paraId="13A5B89E" w14:textId="77777777" w:rsidR="00D256E9" w:rsidRDefault="00000000" w:rsidP="00347EBC">
            <w:pPr>
              <w:spacing w:line="480" w:lineRule="auto"/>
            </w:pPr>
            <w:r>
              <w:t>Receipt (Organizer)</w:t>
            </w:r>
            <w:r>
              <w:br/>
              <w:t>Application No:</w:t>
            </w:r>
            <w:r>
              <w:br/>
              <w:t>Category:</w:t>
            </w:r>
            <w:r>
              <w:br/>
              <w:t>Name:</w:t>
            </w:r>
            <w:r>
              <w:br/>
              <w:t>Title:</w:t>
            </w:r>
            <w:r>
              <w:br/>
              <w:t>Date:</w:t>
            </w:r>
          </w:p>
        </w:tc>
      </w:tr>
    </w:tbl>
    <w:p w14:paraId="32644BBC" w14:textId="77777777" w:rsidR="00BA5BF9" w:rsidRDefault="00000000" w:rsidP="00BA5BF9">
      <w:pPr>
        <w:pStyle w:val="1"/>
      </w:pPr>
      <w:r>
        <w:br/>
      </w:r>
      <w:r w:rsidR="00BA5BF9">
        <w:t>Consent Form</w:t>
      </w:r>
    </w:p>
    <w:p w14:paraId="103C10CE" w14:textId="4CBA3025" w:rsidR="00BA5BF9" w:rsidRPr="00BA5BF9" w:rsidRDefault="00BA5BF9" w:rsidP="00BA5BF9">
      <w:r w:rsidRPr="00BA5BF9">
        <w:t>I hereby agree to the terms and conditions regarding the handling of the submitted artwork, including any potential damage during the judging and exhibition period, as well as the collection and use of my personal information for the purpose of operating and promoting the competition.</w:t>
      </w:r>
    </w:p>
    <w:p w14:paraId="6B5D7019" w14:textId="77777777" w:rsidR="00BA5BF9" w:rsidRPr="00BA5BF9" w:rsidRDefault="00BA5BF9" w:rsidP="00BA5BF9">
      <w:r w:rsidRPr="00BA5BF9">
        <w:rPr>
          <w:b/>
          <w:bCs/>
        </w:rPr>
        <w:t>Date:</w:t>
      </w:r>
      <w:r w:rsidRPr="00BA5BF9">
        <w:br/>
      </w:r>
      <w:r w:rsidRPr="00BA5BF9">
        <w:rPr>
          <w:b/>
          <w:bCs/>
        </w:rPr>
        <w:t>Signature:</w:t>
      </w:r>
    </w:p>
    <w:p w14:paraId="74BAB550" w14:textId="7AA250EF" w:rsidR="00D256E9" w:rsidRDefault="00D256E9" w:rsidP="00BA5BF9"/>
    <w:sectPr w:rsidR="00D256E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216354035">
    <w:abstractNumId w:val="8"/>
  </w:num>
  <w:num w:numId="2" w16cid:durableId="231738907">
    <w:abstractNumId w:val="6"/>
  </w:num>
  <w:num w:numId="3" w16cid:durableId="84770619">
    <w:abstractNumId w:val="5"/>
  </w:num>
  <w:num w:numId="4" w16cid:durableId="187262220">
    <w:abstractNumId w:val="4"/>
  </w:num>
  <w:num w:numId="5" w16cid:durableId="813332456">
    <w:abstractNumId w:val="7"/>
  </w:num>
  <w:num w:numId="6" w16cid:durableId="609703761">
    <w:abstractNumId w:val="3"/>
  </w:num>
  <w:num w:numId="7" w16cid:durableId="343481748">
    <w:abstractNumId w:val="2"/>
  </w:num>
  <w:num w:numId="8" w16cid:durableId="1259362859">
    <w:abstractNumId w:val="1"/>
  </w:num>
  <w:num w:numId="9" w16cid:durableId="1406803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47EBC"/>
    <w:rsid w:val="00AA1D8D"/>
    <w:rsid w:val="00B47730"/>
    <w:rsid w:val="00BA5BF9"/>
    <w:rsid w:val="00CB0664"/>
    <w:rsid w:val="00D13F1D"/>
    <w:rsid w:val="00D256E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EC5AB8"/>
  <w14:defaultImageDpi w14:val="300"/>
  <w15:docId w15:val="{45A921E7-97B4-415D-8A52-89B0851AB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머리글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바닥글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제목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제목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제목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제목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부제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본문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본문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본문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매크로 텍스트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인용 Char"/>
    <w:basedOn w:val="a2"/>
    <w:link w:val="af"/>
    <w:uiPriority w:val="29"/>
    <w:rsid w:val="00FC693F"/>
    <w:rPr>
      <w:i/>
      <w:iCs/>
      <w:color w:val="000000" w:themeColor="text1"/>
    </w:rPr>
  </w:style>
  <w:style w:type="character" w:customStyle="1" w:styleId="4Char">
    <w:name w:val="제목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제목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제목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제목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제목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제목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강한 인용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9">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a">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c">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d">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e">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1">
    <w:name w:val="Normal (Web)"/>
    <w:basedOn w:val="a1"/>
    <w:uiPriority w:val="99"/>
    <w:semiHidden/>
    <w:unhideWhenUsed/>
    <w:rsid w:val="00BA5BF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162</Words>
  <Characters>926</Characters>
  <Application>Microsoft Office Word</Application>
  <DocSecurity>0</DocSecurity>
  <Lines>7</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Heejin Chu</cp:lastModifiedBy>
  <cp:revision>2</cp:revision>
  <dcterms:created xsi:type="dcterms:W3CDTF">2013-12-23T23:15:00Z</dcterms:created>
  <dcterms:modified xsi:type="dcterms:W3CDTF">2026-04-13T02:03:00Z</dcterms:modified>
  <cp:category/>
</cp:coreProperties>
</file>